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4A5C4" w14:textId="77777777" w:rsidR="0040550A" w:rsidRDefault="00100B75" w:rsidP="0016508C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0357C">
        <w:rPr>
          <w:rFonts w:ascii="Times New Roman" w:hAnsi="Times New Roman" w:cs="Times New Roman"/>
          <w:color w:val="auto"/>
          <w:sz w:val="24"/>
          <w:szCs w:val="24"/>
          <w:lang w:val="ru-RU"/>
        </w:rPr>
        <w:t>СОГЛАСИЕ</w:t>
      </w:r>
    </w:p>
    <w:p w14:paraId="63A8441E" w14:textId="77777777" w:rsidR="00D21670" w:rsidRPr="0060357C" w:rsidRDefault="00100B75" w:rsidP="0016508C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0357C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на обработку персональных данных</w:t>
      </w:r>
    </w:p>
    <w:p w14:paraId="494A0CAA" w14:textId="77777777" w:rsidR="00D21670" w:rsidRPr="0060357C" w:rsidRDefault="0040550A" w:rsidP="0016508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Приложение № 1</w:t>
      </w:r>
    </w:p>
    <w:p w14:paraId="38D4A076" w14:textId="38004B27" w:rsidR="00D21670" w:rsidRPr="0060357C" w:rsidRDefault="00100B75" w:rsidP="0016508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60357C">
        <w:rPr>
          <w:rFonts w:ascii="Times New Roman" w:hAnsi="Times New Roman" w:cs="Times New Roman"/>
          <w:sz w:val="24"/>
          <w:szCs w:val="24"/>
          <w:lang w:val="ru-RU"/>
        </w:rPr>
        <w:t>к Договору об оказании пла</w:t>
      </w:r>
      <w:r w:rsidR="0040550A">
        <w:rPr>
          <w:rFonts w:ascii="Times New Roman" w:hAnsi="Times New Roman" w:cs="Times New Roman"/>
          <w:sz w:val="24"/>
          <w:szCs w:val="24"/>
          <w:lang w:val="ru-RU"/>
        </w:rPr>
        <w:t>тных</w:t>
      </w:r>
      <w:r w:rsidR="00B4314C">
        <w:rPr>
          <w:rFonts w:ascii="Times New Roman" w:hAnsi="Times New Roman" w:cs="Times New Roman"/>
          <w:sz w:val="24"/>
          <w:szCs w:val="24"/>
          <w:lang w:val="ru-RU"/>
        </w:rPr>
        <w:t xml:space="preserve"> образовательных</w:t>
      </w:r>
      <w:r w:rsidR="0040550A">
        <w:rPr>
          <w:rFonts w:ascii="Times New Roman" w:hAnsi="Times New Roman" w:cs="Times New Roman"/>
          <w:sz w:val="24"/>
          <w:szCs w:val="24"/>
          <w:lang w:val="ru-RU"/>
        </w:rPr>
        <w:t xml:space="preserve"> услуг</w:t>
      </w:r>
    </w:p>
    <w:p w14:paraId="501CAC61" w14:textId="77777777" w:rsidR="00D21670" w:rsidRPr="0060357C" w:rsidRDefault="0040550A" w:rsidP="0016508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«___» __________ 2026</w:t>
      </w:r>
      <w:r w:rsidR="00100B75" w:rsidRPr="0060357C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</w:p>
    <w:p w14:paraId="770DD316" w14:textId="77777777" w:rsidR="00D21670" w:rsidRPr="0060357C" w:rsidRDefault="003D440C" w:rsidP="0016508C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/>
        <w:t>г. Королев</w:t>
      </w:r>
    </w:p>
    <w:p w14:paraId="6867E8A1" w14:textId="77777777" w:rsidR="00D21670" w:rsidRPr="0060357C" w:rsidRDefault="003D440C" w:rsidP="0016508C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«___» __________ 2026</w:t>
      </w:r>
      <w:r w:rsidR="00100B75" w:rsidRPr="0060357C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  <w:r w:rsidR="00100B75" w:rsidRPr="0060357C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75544938" w14:textId="77777777" w:rsidR="00162334" w:rsidRDefault="00100B75" w:rsidP="0016508C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0357C">
        <w:rPr>
          <w:rFonts w:ascii="Times New Roman" w:hAnsi="Times New Roman" w:cs="Times New Roman"/>
          <w:sz w:val="24"/>
          <w:szCs w:val="24"/>
          <w:lang w:val="ru-RU"/>
        </w:rPr>
        <w:t>Я, ________________________________________________________________</w:t>
      </w:r>
      <w:r w:rsidR="00F2666D">
        <w:rPr>
          <w:rFonts w:ascii="Times New Roman" w:hAnsi="Times New Roman" w:cs="Times New Roman"/>
          <w:sz w:val="24"/>
          <w:szCs w:val="24"/>
          <w:lang w:val="ru-RU"/>
        </w:rPr>
        <w:t>__________________</w:t>
      </w:r>
      <w:r w:rsidR="0016508C">
        <w:rPr>
          <w:rFonts w:ascii="Times New Roman" w:hAnsi="Times New Roman" w:cs="Times New Roman"/>
          <w:sz w:val="24"/>
          <w:szCs w:val="24"/>
          <w:lang w:val="ru-RU"/>
        </w:rPr>
        <w:t xml:space="preserve">____ 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br/>
        <w:t>(Ф.И.О. родителя / зак</w:t>
      </w:r>
      <w:r w:rsidR="00F2666D">
        <w:rPr>
          <w:rFonts w:ascii="Times New Roman" w:hAnsi="Times New Roman" w:cs="Times New Roman"/>
          <w:sz w:val="24"/>
          <w:szCs w:val="24"/>
          <w:lang w:val="ru-RU"/>
        </w:rPr>
        <w:t>онного представителя полностью)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br/>
        <w:t>паспорт: серия ______</w:t>
      </w:r>
      <w:r w:rsidR="00F2666D">
        <w:rPr>
          <w:rFonts w:ascii="Times New Roman" w:hAnsi="Times New Roman" w:cs="Times New Roman"/>
          <w:sz w:val="24"/>
          <w:szCs w:val="24"/>
          <w:lang w:val="ru-RU"/>
        </w:rPr>
        <w:t>_______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t xml:space="preserve"> № ________</w:t>
      </w:r>
      <w:r w:rsidR="00F2666D">
        <w:rPr>
          <w:rFonts w:ascii="Times New Roman" w:hAnsi="Times New Roman" w:cs="Times New Roman"/>
          <w:sz w:val="24"/>
          <w:szCs w:val="24"/>
          <w:lang w:val="ru-RU"/>
        </w:rPr>
        <w:t>______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t>, выдан _________________________________</w:t>
      </w:r>
      <w:r w:rsidR="00F2666D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="0016508C">
        <w:rPr>
          <w:rFonts w:ascii="Times New Roman" w:hAnsi="Times New Roman" w:cs="Times New Roman"/>
          <w:sz w:val="24"/>
          <w:szCs w:val="24"/>
          <w:lang w:val="ru-RU"/>
        </w:rPr>
        <w:t>____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br/>
        <w:t>дата выдачи ____________</w:t>
      </w:r>
      <w:r w:rsidR="00F2666D">
        <w:rPr>
          <w:rFonts w:ascii="Times New Roman" w:hAnsi="Times New Roman" w:cs="Times New Roman"/>
          <w:sz w:val="24"/>
          <w:szCs w:val="24"/>
          <w:lang w:val="ru-RU"/>
        </w:rPr>
        <w:t>________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t>, код подразделения ____________</w:t>
      </w:r>
      <w:r w:rsidR="00F2666D">
        <w:rPr>
          <w:rFonts w:ascii="Times New Roman" w:hAnsi="Times New Roman" w:cs="Times New Roman"/>
          <w:sz w:val="24"/>
          <w:szCs w:val="24"/>
          <w:lang w:val="ru-RU"/>
        </w:rPr>
        <w:t>________________________</w:t>
      </w:r>
      <w:r w:rsidR="0016508C">
        <w:rPr>
          <w:rFonts w:ascii="Times New Roman" w:hAnsi="Times New Roman" w:cs="Times New Roman"/>
          <w:sz w:val="24"/>
          <w:szCs w:val="24"/>
          <w:lang w:val="ru-RU"/>
        </w:rPr>
        <w:t xml:space="preserve">____ </w:t>
      </w:r>
      <w:r w:rsidR="00F2666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br/>
        <w:t>адрес регистрации: ______________________________________________________</w:t>
      </w:r>
      <w:r w:rsidR="00F2666D">
        <w:rPr>
          <w:rFonts w:ascii="Times New Roman" w:hAnsi="Times New Roman" w:cs="Times New Roman"/>
          <w:sz w:val="24"/>
          <w:szCs w:val="24"/>
          <w:lang w:val="ru-RU"/>
        </w:rPr>
        <w:t>______________</w:t>
      </w:r>
      <w:r w:rsidR="0016508C">
        <w:rPr>
          <w:rFonts w:ascii="Times New Roman" w:hAnsi="Times New Roman" w:cs="Times New Roman"/>
          <w:sz w:val="24"/>
          <w:szCs w:val="24"/>
          <w:lang w:val="ru-RU"/>
        </w:rPr>
        <w:t>____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br/>
        <w:t>телефон: ____________________</w:t>
      </w:r>
      <w:r w:rsidR="00F2666D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</w:t>
      </w:r>
      <w:r w:rsidR="0016508C">
        <w:rPr>
          <w:rFonts w:ascii="Times New Roman" w:hAnsi="Times New Roman" w:cs="Times New Roman"/>
          <w:sz w:val="24"/>
          <w:szCs w:val="24"/>
          <w:lang w:val="ru-RU"/>
        </w:rPr>
        <w:t>_____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0357C">
        <w:rPr>
          <w:rFonts w:ascii="Times New Roman" w:hAnsi="Times New Roman" w:cs="Times New Roman"/>
          <w:sz w:val="24"/>
          <w:szCs w:val="24"/>
        </w:rPr>
        <w:t>e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60357C">
        <w:rPr>
          <w:rFonts w:ascii="Times New Roman" w:hAnsi="Times New Roman" w:cs="Times New Roman"/>
          <w:sz w:val="24"/>
          <w:szCs w:val="24"/>
        </w:rPr>
        <w:t>mail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t>: ______________________</w:t>
      </w:r>
      <w:r w:rsidR="00F2666D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</w:t>
      </w:r>
      <w:r w:rsidR="0016508C">
        <w:rPr>
          <w:rFonts w:ascii="Times New Roman" w:hAnsi="Times New Roman" w:cs="Times New Roman"/>
          <w:sz w:val="24"/>
          <w:szCs w:val="24"/>
          <w:lang w:val="ru-RU"/>
        </w:rPr>
        <w:t>_____</w:t>
      </w:r>
    </w:p>
    <w:p w14:paraId="3D89D64A" w14:textId="77777777" w:rsidR="00F2666D" w:rsidRDefault="00100B75" w:rsidP="0016508C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0357C">
        <w:rPr>
          <w:rFonts w:ascii="Times New Roman" w:hAnsi="Times New Roman" w:cs="Times New Roman"/>
          <w:sz w:val="24"/>
          <w:szCs w:val="24"/>
          <w:lang w:val="ru-RU"/>
        </w:rPr>
        <w:t>действующий(</w:t>
      </w:r>
      <w:proofErr w:type="spellStart"/>
      <w:r w:rsidRPr="0060357C">
        <w:rPr>
          <w:rFonts w:ascii="Times New Roman" w:hAnsi="Times New Roman" w:cs="Times New Roman"/>
          <w:sz w:val="24"/>
          <w:szCs w:val="24"/>
          <w:lang w:val="ru-RU"/>
        </w:rPr>
        <w:t>ая</w:t>
      </w:r>
      <w:proofErr w:type="spellEnd"/>
      <w:r w:rsidRPr="0060357C">
        <w:rPr>
          <w:rFonts w:ascii="Times New Roman" w:hAnsi="Times New Roman" w:cs="Times New Roman"/>
          <w:sz w:val="24"/>
          <w:szCs w:val="24"/>
          <w:lang w:val="ru-RU"/>
        </w:rPr>
        <w:t>) в</w:t>
      </w:r>
      <w:r w:rsidR="00F2666D">
        <w:rPr>
          <w:rFonts w:ascii="Times New Roman" w:hAnsi="Times New Roman" w:cs="Times New Roman"/>
          <w:sz w:val="24"/>
          <w:szCs w:val="24"/>
          <w:lang w:val="ru-RU"/>
        </w:rPr>
        <w:t xml:space="preserve"> интересах несовершеннолетнего: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br/>
        <w:t>_______________________________________________________________</w:t>
      </w:r>
      <w:r w:rsidR="00F2666D">
        <w:rPr>
          <w:rFonts w:ascii="Times New Roman" w:hAnsi="Times New Roman" w:cs="Times New Roman"/>
          <w:sz w:val="24"/>
          <w:szCs w:val="24"/>
          <w:lang w:val="ru-RU"/>
        </w:rPr>
        <w:t>______________________</w:t>
      </w:r>
      <w:r w:rsidR="0016508C">
        <w:rPr>
          <w:rFonts w:ascii="Times New Roman" w:hAnsi="Times New Roman" w:cs="Times New Roman"/>
          <w:sz w:val="24"/>
          <w:szCs w:val="24"/>
          <w:lang w:val="ru-RU"/>
        </w:rPr>
        <w:t>___ ,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br/>
        <w:t>(Ф.И.О. реб</w:t>
      </w:r>
      <w:r w:rsidR="00F2666D">
        <w:rPr>
          <w:rFonts w:ascii="Times New Roman" w:hAnsi="Times New Roman" w:cs="Times New Roman"/>
          <w:sz w:val="24"/>
          <w:szCs w:val="24"/>
          <w:lang w:val="ru-RU"/>
        </w:rPr>
        <w:t>енка полностью, дата рождения)</w:t>
      </w:r>
    </w:p>
    <w:p w14:paraId="6BEEB2EA" w14:textId="77777777" w:rsidR="00F2666D" w:rsidRDefault="00100B75" w:rsidP="0016508C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0357C">
        <w:rPr>
          <w:rFonts w:ascii="Times New Roman" w:hAnsi="Times New Roman" w:cs="Times New Roman"/>
          <w:sz w:val="24"/>
          <w:szCs w:val="24"/>
          <w:lang w:val="ru-RU"/>
        </w:rPr>
        <w:t xml:space="preserve">даю согласие Индивидуальному предпринимателю </w:t>
      </w:r>
      <w:r w:rsidR="00F2666D">
        <w:rPr>
          <w:rFonts w:ascii="Times New Roman" w:hAnsi="Times New Roman" w:cs="Times New Roman"/>
          <w:sz w:val="24"/>
          <w:szCs w:val="24"/>
          <w:lang w:val="ru-RU"/>
        </w:rPr>
        <w:t>Асташкиной Татьяна Анатольевне</w:t>
      </w:r>
    </w:p>
    <w:p w14:paraId="3F52B9A3" w14:textId="77777777" w:rsidR="00A876C5" w:rsidRDefault="00F2666D" w:rsidP="0016508C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62334">
        <w:rPr>
          <w:rFonts w:ascii="Times New Roman" w:hAnsi="Times New Roman" w:cs="Times New Roman"/>
          <w:sz w:val="24"/>
          <w:szCs w:val="24"/>
          <w:lang w:val="ru-RU"/>
        </w:rPr>
        <w:t xml:space="preserve">ОГРНИП </w:t>
      </w:r>
      <w:r w:rsidR="00162334" w:rsidRPr="00162334">
        <w:rPr>
          <w:rFonts w:ascii="Times New Roman" w:hAnsi="Times New Roman" w:cs="Times New Roman"/>
          <w:color w:val="222222"/>
          <w:sz w:val="24"/>
          <w:szCs w:val="24"/>
          <w:lang w:val="ru-RU"/>
        </w:rPr>
        <w:t>318502900038410</w:t>
      </w:r>
      <w:r w:rsidRPr="00162334">
        <w:rPr>
          <w:rFonts w:ascii="Times New Roman" w:hAnsi="Times New Roman" w:cs="Times New Roman"/>
          <w:sz w:val="24"/>
          <w:szCs w:val="24"/>
          <w:lang w:val="ru-RU"/>
        </w:rPr>
        <w:t xml:space="preserve">  ИНН 501803592536</w:t>
      </w:r>
      <w:r w:rsidR="008E6E17">
        <w:rPr>
          <w:rFonts w:ascii="Times New Roman" w:hAnsi="Times New Roman" w:cs="Times New Roman"/>
          <w:sz w:val="24"/>
          <w:szCs w:val="24"/>
          <w:lang w:val="ru-RU"/>
        </w:rPr>
        <w:br/>
        <w:t>на сбор, запись, систематизацию</w:t>
      </w:r>
      <w:r w:rsidR="008E6E17" w:rsidRPr="0060357C">
        <w:rPr>
          <w:rFonts w:ascii="Times New Roman" w:hAnsi="Times New Roman" w:cs="Times New Roman"/>
          <w:sz w:val="24"/>
          <w:szCs w:val="24"/>
          <w:lang w:val="ru-RU"/>
        </w:rPr>
        <w:t xml:space="preserve">, хранение, уточнение, использование, обезличивание, блокирование, удаление и уничтожение </w:t>
      </w:r>
      <w:r w:rsidR="0016508C">
        <w:rPr>
          <w:rFonts w:ascii="Times New Roman" w:hAnsi="Times New Roman" w:cs="Times New Roman"/>
          <w:sz w:val="24"/>
          <w:szCs w:val="24"/>
          <w:lang w:val="ru-RU"/>
        </w:rPr>
        <w:t xml:space="preserve">следующих </w:t>
      </w:r>
      <w:r w:rsidR="008E6E17" w:rsidRPr="0060357C">
        <w:rPr>
          <w:rFonts w:ascii="Times New Roman" w:hAnsi="Times New Roman" w:cs="Times New Roman"/>
          <w:sz w:val="24"/>
          <w:szCs w:val="24"/>
          <w:lang w:val="ru-RU"/>
        </w:rPr>
        <w:t>персональных данных</w:t>
      </w:r>
      <w:r w:rsidR="008E6E17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63A87B27" w14:textId="77777777" w:rsidR="00A876C5" w:rsidRDefault="00A876C5" w:rsidP="0016508C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0357C">
        <w:rPr>
          <w:rFonts w:ascii="Times New Roman" w:hAnsi="Times New Roman" w:cs="Times New Roman"/>
          <w:sz w:val="24"/>
          <w:szCs w:val="24"/>
          <w:lang w:val="ru-RU"/>
        </w:rPr>
        <w:t>- фамилия, имя, отчество ребенка;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br/>
        <w:t>- дата рождения;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- 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t>данные родителя</w:t>
      </w:r>
      <w:r>
        <w:rPr>
          <w:rFonts w:ascii="Times New Roman" w:hAnsi="Times New Roman" w:cs="Times New Roman"/>
          <w:sz w:val="24"/>
          <w:szCs w:val="24"/>
          <w:lang w:val="ru-RU"/>
        </w:rPr>
        <w:t>/законного представителя (фамилия, имя, отчество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t>;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паспортные данные; адрес регистрации; номер телефона; электронная почта);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br/>
        <w:t>- иные данные, необходимые для исполнения договора.</w:t>
      </w:r>
    </w:p>
    <w:p w14:paraId="5189784F" w14:textId="77777777" w:rsidR="00A876C5" w:rsidRDefault="00162334" w:rsidP="001650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2334">
        <w:rPr>
          <w:rFonts w:ascii="Times New Roman" w:hAnsi="Times New Roman" w:cs="Times New Roman"/>
          <w:sz w:val="24"/>
          <w:szCs w:val="24"/>
          <w:lang w:val="ru-RU"/>
        </w:rPr>
        <w:lastRenderedPageBreak/>
        <w:t>исключительно</w:t>
      </w:r>
      <w:r w:rsidRPr="001623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162334">
        <w:rPr>
          <w:rFonts w:ascii="Times New Roman" w:hAnsi="Times New Roman" w:cs="Times New Roman"/>
          <w:sz w:val="24"/>
          <w:szCs w:val="24"/>
          <w:lang w:val="ru-RU"/>
        </w:rPr>
        <w:t>в целях</w:t>
      </w:r>
      <w:r w:rsidR="00A876C5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21D9532E" w14:textId="55D89507" w:rsidR="00A876C5" w:rsidRDefault="00A876C5" w:rsidP="0016508C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0357C">
        <w:rPr>
          <w:rFonts w:ascii="Times New Roman" w:hAnsi="Times New Roman" w:cs="Times New Roman"/>
          <w:sz w:val="24"/>
          <w:szCs w:val="24"/>
          <w:lang w:val="ru-RU"/>
        </w:rPr>
        <w:t>- заключение и исполнение договора об оказании платных</w:t>
      </w:r>
      <w:r w:rsidR="000876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D40FD">
        <w:rPr>
          <w:rFonts w:ascii="Times New Roman" w:hAnsi="Times New Roman" w:cs="Times New Roman"/>
          <w:sz w:val="24"/>
          <w:szCs w:val="24"/>
          <w:lang w:val="ru-RU"/>
        </w:rPr>
        <w:t xml:space="preserve">образовательных 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t>услуг</w:t>
      </w:r>
      <w:r w:rsidRPr="00087660">
        <w:rPr>
          <w:rFonts w:ascii="Times New Roman" w:hAnsi="Times New Roman" w:cs="Times New Roman"/>
          <w:sz w:val="24"/>
          <w:szCs w:val="24"/>
          <w:lang w:val="ru-RU"/>
        </w:rPr>
        <w:t>;</w:t>
      </w:r>
      <w:r w:rsidRPr="0008766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t xml:space="preserve">- ведение учета </w:t>
      </w:r>
      <w:r w:rsidR="00967F9D">
        <w:rPr>
          <w:rFonts w:ascii="Times New Roman" w:hAnsi="Times New Roman" w:cs="Times New Roman"/>
          <w:sz w:val="24"/>
          <w:szCs w:val="24"/>
          <w:lang w:val="ru-RU"/>
        </w:rPr>
        <w:t>детей</w:t>
      </w:r>
      <w:r w:rsidR="00101D8C">
        <w:rPr>
          <w:rFonts w:ascii="Times New Roman" w:hAnsi="Times New Roman" w:cs="Times New Roman"/>
          <w:sz w:val="24"/>
          <w:szCs w:val="24"/>
          <w:lang w:val="ru-RU"/>
        </w:rPr>
        <w:t>;</w:t>
      </w:r>
      <w:r w:rsidR="00101D8C">
        <w:rPr>
          <w:rFonts w:ascii="Times New Roman" w:hAnsi="Times New Roman" w:cs="Times New Roman"/>
          <w:sz w:val="24"/>
          <w:szCs w:val="24"/>
          <w:lang w:val="ru-RU"/>
        </w:rPr>
        <w:br/>
        <w:t xml:space="preserve">- оформление 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t>налоговых документов;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br/>
        <w:t>- предоставление доступа к образовательным платформам;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br/>
        <w:t>- исполнение требований</w:t>
      </w:r>
      <w:r w:rsidR="00101D8C">
        <w:rPr>
          <w:rFonts w:ascii="Times New Roman" w:hAnsi="Times New Roman" w:cs="Times New Roman"/>
          <w:sz w:val="24"/>
          <w:szCs w:val="24"/>
          <w:lang w:val="ru-RU"/>
        </w:rPr>
        <w:t xml:space="preserve"> законодательства РФ.</w:t>
      </w:r>
    </w:p>
    <w:p w14:paraId="2958D571" w14:textId="77777777" w:rsidR="00BC6470" w:rsidRPr="00BC6470" w:rsidRDefault="00BC6470" w:rsidP="0016508C">
      <w:pPr>
        <w:shd w:val="clear" w:color="auto" w:fill="FFFFFF"/>
        <w:spacing w:after="0" w:line="36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6470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проинформирован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(а)</w:t>
      </w:r>
      <w:r w:rsidRPr="00BC64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что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ИП Асташкина Татьяна Анатольевна</w:t>
      </w:r>
      <w:r w:rsidRPr="00BC64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гарантирует</w:t>
      </w:r>
    </w:p>
    <w:p w14:paraId="50011FB3" w14:textId="77777777" w:rsidR="00BC6470" w:rsidRPr="00BC6470" w:rsidRDefault="00BC6470" w:rsidP="0016508C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647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5629F316" w14:textId="77777777" w:rsidR="00BC6470" w:rsidRPr="00BC6470" w:rsidRDefault="00BC6470" w:rsidP="0016508C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0357C">
        <w:rPr>
          <w:rFonts w:ascii="Times New Roman" w:hAnsi="Times New Roman" w:cs="Times New Roman"/>
          <w:sz w:val="24"/>
          <w:szCs w:val="24"/>
          <w:lang w:val="ru-RU"/>
        </w:rPr>
        <w:t>Согласие действует с даты подписания в течение срока действия договора и последующего хранения документов в соотв</w:t>
      </w:r>
      <w:r>
        <w:rPr>
          <w:rFonts w:ascii="Times New Roman" w:hAnsi="Times New Roman" w:cs="Times New Roman"/>
          <w:sz w:val="24"/>
          <w:szCs w:val="24"/>
          <w:lang w:val="ru-RU"/>
        </w:rPr>
        <w:t>етствии с законодательством РФ.</w:t>
      </w:r>
      <w:r w:rsidRPr="0060357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C64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Данное согласие может быть отозвано в любой момент по моему письменному заявлению.  </w:t>
      </w:r>
    </w:p>
    <w:p w14:paraId="225F83C3" w14:textId="77777777" w:rsidR="00101D8C" w:rsidRDefault="00BC6470" w:rsidP="0016508C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C6470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подтверждаю, что, давая такое согласие, я</w:t>
      </w:r>
      <w:r w:rsidR="0016508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действую по собственной воле</w:t>
      </w:r>
      <w:r w:rsidRPr="00BC647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454E917A" w14:textId="77777777" w:rsidR="0016508C" w:rsidRPr="00BC6470" w:rsidRDefault="0016508C" w:rsidP="0016508C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22FD3A7" w14:textId="77777777" w:rsidR="00101D8C" w:rsidRPr="00101D8C" w:rsidRDefault="00101D8C" w:rsidP="0016508C">
      <w:pPr>
        <w:pStyle w:val="21"/>
        <w:spacing w:line="360" w:lineRule="auto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101D8C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Подпись родителя/законного представителя</w:t>
      </w:r>
    </w:p>
    <w:p w14:paraId="2FD7A1CF" w14:textId="77777777" w:rsidR="00101D8C" w:rsidRPr="00101D8C" w:rsidRDefault="00101D8C" w:rsidP="0016508C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01D8C">
        <w:rPr>
          <w:rFonts w:ascii="Times New Roman" w:hAnsi="Times New Roman" w:cs="Times New Roman"/>
          <w:sz w:val="24"/>
          <w:szCs w:val="24"/>
          <w:lang w:val="ru-RU"/>
        </w:rPr>
        <w:br/>
        <w:t>_______________________ / __________________________</w:t>
      </w:r>
    </w:p>
    <w:p w14:paraId="7E674AA7" w14:textId="77777777" w:rsidR="00101D8C" w:rsidRPr="00101D8C" w:rsidRDefault="00101D8C" w:rsidP="0016508C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01D8C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gramStart"/>
      <w:r w:rsidRPr="00101D8C">
        <w:rPr>
          <w:rFonts w:ascii="Times New Roman" w:hAnsi="Times New Roman" w:cs="Times New Roman"/>
          <w:sz w:val="24"/>
          <w:szCs w:val="24"/>
          <w:lang w:val="ru-RU"/>
        </w:rPr>
        <w:t xml:space="preserve">подпись)   </w:t>
      </w:r>
      <w:proofErr w:type="gramEnd"/>
      <w:r w:rsidRPr="00101D8C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(Ф.И.О.)</w:t>
      </w:r>
    </w:p>
    <w:p w14:paraId="5BA7DB4F" w14:textId="77777777" w:rsidR="00D21670" w:rsidRPr="00AC476B" w:rsidRDefault="00D21670" w:rsidP="0016508C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D21670" w:rsidRPr="00AC476B" w:rsidSect="0016508C">
      <w:pgSz w:w="12240" w:h="15840"/>
      <w:pgMar w:top="709" w:right="616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7660"/>
    <w:rsid w:val="00100B75"/>
    <w:rsid w:val="00101D8C"/>
    <w:rsid w:val="0013275F"/>
    <w:rsid w:val="0015074B"/>
    <w:rsid w:val="00162334"/>
    <w:rsid w:val="0016508C"/>
    <w:rsid w:val="001843DD"/>
    <w:rsid w:val="0029639D"/>
    <w:rsid w:val="003051F5"/>
    <w:rsid w:val="00326F90"/>
    <w:rsid w:val="003D440C"/>
    <w:rsid w:val="0040550A"/>
    <w:rsid w:val="004D40FD"/>
    <w:rsid w:val="0060357C"/>
    <w:rsid w:val="008E6E17"/>
    <w:rsid w:val="00967F9D"/>
    <w:rsid w:val="00A876C5"/>
    <w:rsid w:val="00AA1D8D"/>
    <w:rsid w:val="00AC476B"/>
    <w:rsid w:val="00B4314C"/>
    <w:rsid w:val="00B47730"/>
    <w:rsid w:val="00BC6470"/>
    <w:rsid w:val="00C40E56"/>
    <w:rsid w:val="00CB0664"/>
    <w:rsid w:val="00D21670"/>
    <w:rsid w:val="00D6659D"/>
    <w:rsid w:val="00F266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34E87E"/>
  <w14:defaultImageDpi w14:val="300"/>
  <w15:docId w15:val="{CE6D9F45-FA0C-4B53-A4A4-9A531A2C7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40E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40E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A036DE-1991-4253-8482-6C32CC7F2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Татьяна Асташкина</cp:lastModifiedBy>
  <cp:revision>3</cp:revision>
  <cp:lastPrinted>2026-03-26T12:50:00Z</cp:lastPrinted>
  <dcterms:created xsi:type="dcterms:W3CDTF">2026-08-30T14:51:00Z</dcterms:created>
  <dcterms:modified xsi:type="dcterms:W3CDTF">2026-08-30T14:55:00Z</dcterms:modified>
  <cp:category/>
</cp:coreProperties>
</file>